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Times New Roman" w:hAnsi="Times New Roman"/>
          <w:b/>
          <w:i w:val="0"/>
          <w:color w:val="182B49"/>
          <w:sz w:val="36"/>
          <w:rFonts w:ascii="Times New Roman" w:hAnsi="Times New Roman" w:eastAsia="微軟正黑體" w:cs="Times New Roman"/>
        </w:rPr>
        <w:t>吃喜酒 —— 課堂複習與聽說活動講義</w:t>
      </w:r>
    </w:p>
    <w:p>
      <w:pPr>
        <w:spacing w:after="320"/>
        <w:jc w:val="center"/>
      </w:pPr>
      <w:r>
        <w:rPr>
          <w:rFonts w:ascii="Times New Roman" w:hAnsi="Times New Roman"/>
          <w:b w:val="0"/>
          <w:i/>
          <w:color w:val="646E7D"/>
          <w:sz w:val="21"/>
          <w:rFonts w:ascii="Times New Roman" w:hAnsi="Times New Roman" w:eastAsia="微軟正黑體" w:cs="Times New Roman"/>
        </w:rPr>
        <w:t>適用對象：華語學習者（初中級）｜基準：《當代中文課程》第二冊第5課</w:t>
      </w:r>
    </w:p>
    <w:p>
      <w:pPr>
        <w:keepNext/>
        <w:spacing w:before="280" w:after="120"/>
      </w:pPr>
      <w:r>
        <w:rPr>
          <w:rFonts w:ascii="Times New Roman" w:hAnsi="Times New Roman"/>
          <w:b/>
          <w:i w:val="0"/>
          <w:color w:val="184C78"/>
          <w:sz w:val="28"/>
          <w:rFonts w:ascii="Times New Roman" w:hAnsi="Times New Roman" w:eastAsia="微軟正黑體" w:cs="Times New Roman"/>
        </w:rPr>
        <w:t>第一部分：課文閱讀與理解</w:t>
      </w:r>
    </w:p>
    <w:p>
      <w:pPr>
        <w:keepNext/>
        <w:spacing w:before="200" w:after="80"/>
      </w:pPr>
      <w:r>
        <w:rPr>
          <w:rFonts w:ascii="Times New Roman" w:hAnsi="Times New Roman"/>
          <w:b/>
          <w:i w:val="0"/>
          <w:color w:val="296996"/>
          <w:sz w:val="24"/>
          <w:rFonts w:ascii="Times New Roman" w:hAnsi="Times New Roman" w:eastAsia="微軟正黑體" w:cs="Times New Roman"/>
        </w:rPr>
        <w:t>（一）短文：第一次在台灣吃喜酒</w:t>
      </w:r>
    </w:p>
    <w:p>
      <w:pPr>
        <w:spacing w:after="80" w:line="300" w:lineRule="auto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　　上個週末，馬安同去參加了台灣朋友的婚禮。這是他第一次在台灣吃喜酒，覺得非常新鮮。</w:t>
      </w:r>
    </w:p>
    <w:p>
      <w:pPr>
        <w:spacing w:after="80" w:line="300" w:lineRule="auto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　　婚禮現場熱鬧極了！安同穿著一身帥氣的深色西裝，手裡拿著特別準備的紅包。一走進飯店大廳，他就看到新郎和新娘穿著漂亮的禮服，站在門口笑著歡迎大家。安同走上前，笑著向新人說：「恭喜你們！祝你們百年好合、早生貴子！」新郎新娘高興地送給他喜糖，大家有說有笑地拍照。</w:t>
      </w:r>
    </w:p>
    <w:p>
      <w:pPr>
        <w:spacing w:after="160" w:line="300" w:lineRule="auto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　　等新郎新娘走進喜宴會場，大家就開始拍手慶祝。喜宴上的菜豐富極了，親戚和朋友們一邊吃著美味的菜，一邊聊著天。到了中間，新人走過來每一桌敬酒，現場非常熱鬧。婚禮結束的時候，大家拿著喜糖離開。這場喜事讓安同體驗了溫暖又特別的台灣文化！</w:t>
      </w:r>
    </w:p>
    <w:p>
      <w:pPr>
        <w:keepNext/>
        <w:spacing w:before="200" w:after="80"/>
      </w:pPr>
      <w:r>
        <w:rPr>
          <w:rFonts w:ascii="Times New Roman" w:hAnsi="Times New Roman"/>
          <w:b/>
          <w:i w:val="0"/>
          <w:color w:val="296996"/>
          <w:sz w:val="24"/>
          <w:rFonts w:ascii="Times New Roman" w:hAnsi="Times New Roman" w:eastAsia="微軟正黑體" w:cs="Times New Roman"/>
        </w:rPr>
        <w:t>（二）對話：聊婚禮的熱鬧場面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人物：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白如玉、馬安同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情境：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在學校走廊上，如玉看到了剛剛回來的安同。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白如玉：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安同，你今天穿著西裝，看起來真帥！剛去哪裡了？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馬安同：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我剛去參加朋友的婚禮！這是我第一次在台灣吃喜酒，真的熱鬧得不得了！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白如玉：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是嗎？台灣的喜宴有什麼特別的地方？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馬安同：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去參加以前，朋友提醒我要準備紅包。走進會場的時候，新郎和新娘穿著正式的禮服，笑著站在門口歡迎客人。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白如玉：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那你跟新人說祝福的話了嗎？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馬安同：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說了！我向他們說「恭喜！祝你們百年好合！」新人笑著送給我好吃的糖。大家坐在一起有說有笑，氣氛好極了。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白如玉：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婚禮進行得順利嗎？菜好不好吃？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馬安同：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順利極了！等新人走進大廳，喜宴就正式開始了。到了中間，新郎新娘還走過來敬酒。我們吃著菜、聊著天，大家都開心極了！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白如玉：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聽起來真有意思，下次有機會我也想去參加台灣的婚禮！</w:t>
      </w:r>
    </w:p>
    <w:p>
      <w:pPr>
        <w:keepNext/>
        <w:spacing w:before="280" w:after="120"/>
      </w:pPr>
      <w:r>
        <w:rPr>
          <w:rFonts w:ascii="Times New Roman" w:hAnsi="Times New Roman"/>
          <w:b/>
          <w:i w:val="0"/>
          <w:color w:val="184C78"/>
          <w:sz w:val="28"/>
          <w:rFonts w:ascii="Times New Roman" w:hAnsi="Times New Roman" w:eastAsia="微軟正黑體" w:cs="Times New Roman"/>
        </w:rPr>
        <w:t>第二部分：聽說實戰與口語練習</w:t>
      </w:r>
    </w:p>
    <w:p>
      <w:pPr>
        <w:keepNext/>
        <w:spacing w:before="200" w:after="80"/>
      </w:pPr>
      <w:r>
        <w:rPr>
          <w:rFonts w:ascii="Times New Roman" w:hAnsi="Times New Roman"/>
          <w:b/>
          <w:i w:val="0"/>
          <w:color w:val="296996"/>
          <w:sz w:val="24"/>
          <w:rFonts w:ascii="Times New Roman" w:hAnsi="Times New Roman" w:eastAsia="微軟正黑體" w:cs="Times New Roman"/>
        </w:rPr>
        <w:t>練習一：課文內容雙人互訪（請跟同組同學用中文問答，不看課文試著說說看）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1. 馬安同今天穿著什麼衣服去參加婚禮？看起來怎麼樣？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2. 新郎和新娘在門口迎接客人的時候，是穿著什麼？他們臉上的表情怎麼樣？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3. 在台灣參加婚禮的時候，客人一走進會場通常會送什麼？新人會送給客人什麼？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4. 安同向新人說了哪些祝賀的句子？請說出一到兩句好聽的祝福話。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5. 喜宴是什麼時候開始的？請用「等……就……」說說看。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6. 喜宴的中間，新郎和新娘走過來跟大家做什麼？大家當時的心情怎麼樣？</w:t>
      </w:r>
    </w:p>
    <w:p>
      <w:pPr>
        <w:keepNext/>
        <w:spacing w:before="200" w:after="80"/>
      </w:pPr>
      <w:r>
        <w:rPr>
          <w:rFonts w:ascii="Times New Roman" w:hAnsi="Times New Roman"/>
          <w:b/>
          <w:i w:val="0"/>
          <w:color w:val="296996"/>
          <w:sz w:val="24"/>
          <w:rFonts w:ascii="Times New Roman" w:hAnsi="Times New Roman" w:eastAsia="微軟正黑體" w:cs="Times New Roman"/>
        </w:rPr>
        <w:t>練習二：生詞情境大挑戰（用「說情境、猜生詞」練習口語表達）</w:t>
      </w:r>
    </w:p>
    <w:p>
      <w:pPr>
        <w:spacing w:after="80" w:line="300" w:lineRule="auto"/>
        <w:ind w:left="216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玩法說明：兩人一組，輪流挑選下面框裡的一個生詞。不能直接說出那個詞，要用一段完整的話描述一個生活情境或婚禮畫面，讓對方猜出是哪一個詞！</w:t>
      </w:r>
    </w:p>
    <w:p>
      <w:pPr>
        <w:spacing w:after="80"/>
        <w:ind w:left="288" w:right="288"/>
      </w:pPr>
      <w:r>
        <w:rPr>
          <w:rFonts w:ascii="Times New Roman" w:hAnsi="Times New Roman"/>
          <w:b/>
          <w:i w:val="0"/>
          <w:color w:val="184C78"/>
          <w:sz w:val="21"/>
          <w:rFonts w:ascii="Times New Roman" w:hAnsi="Times New Roman" w:eastAsia="微軟正黑體" w:cs="Times New Roman"/>
        </w:rPr>
        <w:t>【核心生詞庫】喜酒、西裝、帥、熱鬧、喜宴、百年好合、新娘、新郎、禮服、紅包、敬酒、早生貴子</w:t>
      </w:r>
    </w:p>
    <w:p>
      <w:pPr>
        <w:spacing w:after="80" w:line="300" w:lineRule="auto"/>
        <w:ind w:left="360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示範 A：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「結婚的那一天，男主角穿著漂亮的衣服，站在門口迎接大家，他是誰？」 → 答案是：新郎</w:t>
      </w:r>
    </w:p>
    <w:p>
      <w:pPr>
        <w:spacing w:after="80" w:line="300" w:lineRule="auto"/>
        <w:ind w:left="360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示範 B：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「參加台灣婚禮的時候，大家把祝福的錢放進紅色的紙袋裡送給新人，這個袋子叫什麼？」 → 答案是：紅包</w:t>
      </w:r>
    </w:p>
    <w:p>
      <w:pPr>
        <w:spacing w:after="80" w:line="300" w:lineRule="auto"/>
        <w:ind w:left="360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示範 C：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「喜宴進行到中間的時候，新人手裡拿著酒杯，走到每一桌向客人說謝謝，這個動作叫什麼？」 → 答案是：敬酒</w:t>
      </w:r>
    </w:p>
    <w:p>
      <w:pPr>
        <w:keepNext/>
        <w:spacing w:before="200" w:after="80"/>
      </w:pPr>
      <w:r>
        <w:rPr>
          <w:rFonts w:ascii="Times New Roman" w:hAnsi="Times New Roman"/>
          <w:b/>
          <w:i w:val="0"/>
          <w:color w:val="296996"/>
          <w:sz w:val="24"/>
          <w:rFonts w:ascii="Times New Roman" w:hAnsi="Times New Roman" w:eastAsia="微軟正黑體" w:cs="Times New Roman"/>
        </w:rPr>
        <w:t>練習三：情境對話練習（運用重點句型「V 著……」、「等……就……」、「有說有笑」）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●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情境 A：描述動作的樣子或狀態（用「V 著……」把句子說完整）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1. A：新郎和新娘站在門口做什麼？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   B：他們穿著美麗的禮服，________________________（笑／歡迎）大家。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2. A：你今天去參加喜宴，為什麼看起來這麼精神？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   B：因為我今天________________________（穿／深色西裝），打扮得很正式。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3. A：大家在喜宴桌上做什麼？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   B：大家坐在位子上，________________________（吃／美味的菜），開心極了。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●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情境 B：描述時間先後的銜接（用「等……就……」回答問題）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1. A：喜宴的菜什麼時候開始上？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   B：別急，________________________（新人走進會場／開始上第一道菜）。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2. A：婚禮結束以後，你打算做什麼？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   B：________________________（吃完喜酒／跟新郎新娘拍合照）。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●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情境 C：生動形容熱鬧氣氛（用「有說有笑」完成對話）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1. A：今天的婚禮氣氛怎麼樣？大家聊得開心嗎？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 xml:space="preserve">   B：今天現場非常熱鬧，老朋友見面都________________________！</w:t>
      </w:r>
    </w:p>
    <w:p>
      <w:pPr>
        <w:keepNext/>
        <w:spacing w:before="280" w:after="120"/>
      </w:pPr>
      <w:r>
        <w:rPr>
          <w:rFonts w:ascii="Times New Roman" w:hAnsi="Times New Roman"/>
          <w:b/>
          <w:i w:val="0"/>
          <w:color w:val="184C78"/>
          <w:sz w:val="28"/>
          <w:rFonts w:ascii="Times New Roman" w:hAnsi="Times New Roman" w:eastAsia="微軟正黑體" w:cs="Times New Roman"/>
        </w:rPr>
        <w:t>第三部分：課堂走動大調查——「各國婚禮與慶祝習俗大調查」</w:t>
      </w:r>
    </w:p>
    <w:p>
      <w:pPr>
        <w:spacing w:after="80" w:line="300" w:lineRule="auto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請站起來離開座位，在教室裡找兩位不同國家的同學進行訪問，聊聊大家參加婚禮與喜宴的經驗，並記錄在下面的表格中。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0C4DE"/>
          <w:left w:val="none"/>
          <w:bottom w:val="single" w:sz="6" w:space="0" w:color="B0C4DE"/>
          <w:right w:val="none"/>
          <w:insideH w:val="single" w:sz="4" w:space="0" w:color="B0C4DE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016"/>
            <w:shd w:fill="2B4C7E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  <w:rFonts w:ascii="Times New Roman" w:hAnsi="Times New Roman" w:eastAsia="微軟正黑體" w:cs="Times New Roman"/>
              </w:rPr>
              <w:t>調查項目</w:t>
            </w:r>
          </w:p>
        </w:tc>
        <w:tc>
          <w:tcPr>
            <w:tcW w:type="dxa" w:w="2880"/>
            <w:shd w:fill="2B4C7E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  <w:rFonts w:ascii="Times New Roman" w:hAnsi="Times New Roman" w:eastAsia="微軟正黑體" w:cs="Times New Roman"/>
              </w:rPr>
              <w:t>採訪提問指引（請這樣問）</w:t>
            </w:r>
          </w:p>
        </w:tc>
        <w:tc>
          <w:tcPr>
            <w:tcW w:type="dxa" w:w="2520"/>
            <w:shd w:fill="2B4C7E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  <w:rFonts w:ascii="Times New Roman" w:hAnsi="Times New Roman" w:eastAsia="微軟正黑體" w:cs="Times New Roman"/>
              </w:rPr>
              <w:t>第一位同學</w:t>
              <w:br/>
              <w:t>（姓名/國家：＿＿＿）</w:t>
            </w:r>
          </w:p>
        </w:tc>
        <w:tc>
          <w:tcPr>
            <w:tcW w:type="dxa" w:w="2520"/>
            <w:shd w:fill="2B4C7E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FFFFFF"/>
                <w:sz w:val="20"/>
                <w:rFonts w:ascii="Times New Roman" w:hAnsi="Times New Roman" w:eastAsia="微軟正黑體" w:cs="Times New Roman"/>
              </w:rPr>
              <w:t>第二位同學</w:t>
              <w:br/>
              <w:t>（姓名/國家：＿＿＿）</w:t>
            </w:r>
          </w:p>
        </w:tc>
      </w:tr>
      <w:tr>
        <w:tc>
          <w:tcPr>
            <w:tcW w:type="dxa" w:w="2016"/>
            <w:shd w:fill="F4F7F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283C5A"/>
                <w:sz w:val="19"/>
                <w:rFonts w:ascii="Times New Roman" w:hAnsi="Times New Roman" w:eastAsia="微軟正黑體" w:cs="Times New Roman"/>
              </w:rPr>
              <w:t>1. 參加婚禮的穿著</w:t>
              <w:br/>
              <w:t>（V 著；西裝、禮服）</w:t>
            </w:r>
          </w:p>
        </w:tc>
        <w:tc>
          <w:tcPr>
            <w:tcW w:type="dxa" w:w="2880"/>
            <w:shd w:fill="F4F7F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「去參加婚禮時，大家通常穿著什麼樣的衣服？看起來怎麼樣？」</w:t>
            </w:r>
          </w:p>
        </w:tc>
        <w:tc>
          <w:tcPr>
            <w:tcW w:type="dxa" w:w="2520"/>
            <w:shd w:fill="F4F7F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回答記錄：</w:t>
              <w:br/>
              <w:t>男生常穿著：＿＿＿＿＿＿</w:t>
              <w:br/>
              <w:t>女生常穿著：＿＿＿＿＿＿</w:t>
            </w:r>
          </w:p>
        </w:tc>
        <w:tc>
          <w:tcPr>
            <w:tcW w:type="dxa" w:w="2520"/>
            <w:shd w:fill="F4F7F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回答記錄：</w:t>
              <w:br/>
              <w:t>男生常穿著：＿＿＿＿＿＿</w:t>
              <w:br/>
              <w:t>女生常穿著：＿＿＿＿＿＿</w:t>
            </w:r>
          </w:p>
        </w:tc>
      </w:tr>
      <w:tr>
        <w:tc>
          <w:tcPr>
            <w:tcW w:type="dxa" w:w="201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283C5A"/>
                <w:sz w:val="19"/>
                <w:rFonts w:ascii="Times New Roman" w:hAnsi="Times New Roman" w:eastAsia="微軟正黑體" w:cs="Times New Roman"/>
              </w:rPr>
              <w:t>2. 禮物或紅包習俗</w:t>
              <w:br/>
              <w:t>（紅包、禮物）</w:t>
            </w:r>
          </w:p>
        </w:tc>
        <w:tc>
          <w:tcPr>
            <w:tcW w:type="dxa" w:w="2880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「在你的國家，參加婚禮通常送紅包還是送禮物？有特別規矩嗎？」</w:t>
            </w:r>
          </w:p>
        </w:tc>
        <w:tc>
          <w:tcPr>
            <w:tcW w:type="dxa" w:w="2520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□ 送紅包（金額多為：＿＿）</w:t>
              <w:br/>
              <w:t>□ 送禮物（如：＿＿＿＿）</w:t>
              <w:br/>
              <w:t>特別講究：＿＿＿＿＿＿</w:t>
            </w:r>
          </w:p>
        </w:tc>
        <w:tc>
          <w:tcPr>
            <w:tcW w:type="dxa" w:w="2520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□ 送紅包（金額多為：＿＿）</w:t>
              <w:br/>
              <w:t>□ 送禮物（如：＿＿＿＿）</w:t>
              <w:br/>
              <w:t>特別講究：＿＿＿＿＿＿</w:t>
            </w:r>
          </w:p>
        </w:tc>
      </w:tr>
      <w:tr>
        <w:tc>
          <w:tcPr>
            <w:tcW w:type="dxa" w:w="2016"/>
            <w:shd w:fill="F4F7F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283C5A"/>
                <w:sz w:val="19"/>
                <w:rFonts w:ascii="Times New Roman" w:hAnsi="Times New Roman" w:eastAsia="微軟正黑體" w:cs="Times New Roman"/>
              </w:rPr>
              <w:t>3. 宴席過程與活動</w:t>
              <w:br/>
              <w:t>（等…就…；敬酒）</w:t>
            </w:r>
          </w:p>
        </w:tc>
        <w:tc>
          <w:tcPr>
            <w:tcW w:type="dxa" w:w="2880"/>
            <w:shd w:fill="F4F7F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「宴席是什麼時候開始？進行中有什麼傳統活動？（例如：敬酒、跳舞）」</w:t>
            </w:r>
          </w:p>
        </w:tc>
        <w:tc>
          <w:tcPr>
            <w:tcW w:type="dxa" w:w="2520"/>
            <w:shd w:fill="F4F7F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時間流程：等＿＿＿＿就＿＿＿＿</w:t>
              <w:br/>
              <w:t>特色活動：□ 敬酒 □ 跳舞</w:t>
              <w:br/>
              <w:t>□ 其他：＿＿＿＿＿＿</w:t>
            </w:r>
          </w:p>
        </w:tc>
        <w:tc>
          <w:tcPr>
            <w:tcW w:type="dxa" w:w="2520"/>
            <w:shd w:fill="F4F7F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時間流程：等＿＿＿＿就＿＿＿＿</w:t>
              <w:br/>
              <w:t>特色活動：□ 敬酒 □ 跳舞</w:t>
              <w:br/>
              <w:t>□ 其他：＿＿＿＿＿＿</w:t>
            </w:r>
          </w:p>
        </w:tc>
      </w:tr>
      <w:tr>
        <w:tc>
          <w:tcPr>
            <w:tcW w:type="dxa" w:w="2016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color w:val="283C5A"/>
                <w:sz w:val="19"/>
                <w:rFonts w:ascii="Times New Roman" w:hAnsi="Times New Roman" w:eastAsia="微軟正黑體" w:cs="Times New Roman"/>
              </w:rPr>
              <w:t>4. 常用祝福話</w:t>
              <w:br/>
              <w:t>（百年好合、早生貴子）</w:t>
            </w:r>
          </w:p>
        </w:tc>
        <w:tc>
          <w:tcPr>
            <w:tcW w:type="dxa" w:w="2880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「當大家看到新郎新娘時，最常說什麼祝福的話？」</w:t>
            </w:r>
          </w:p>
        </w:tc>
        <w:tc>
          <w:tcPr>
            <w:tcW w:type="dxa" w:w="2520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常用祝福語：</w:t>
              <w:br/>
              <w:t>1. ＿＿＿＿＿＿＿＿＿＿</w:t>
              <w:br/>
              <w:t>2. ＿＿＿＿＿＿＿＿＿＿</w:t>
            </w:r>
          </w:p>
        </w:tc>
        <w:tc>
          <w:tcPr>
            <w:tcW w:type="dxa" w:w="2520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b w:val="0"/>
                <w:i w:val="0"/>
                <w:color w:val="333333"/>
                <w:sz w:val="19"/>
                <w:rFonts w:ascii="Times New Roman" w:hAnsi="Times New Roman" w:eastAsia="微軟正黑體" w:cs="Times New Roman"/>
              </w:rPr>
              <w:t>常用祝福語：</w:t>
              <w:br/>
              <w:t>1. ＿＿＿＿＿＿＿＿＿＿</w:t>
              <w:br/>
              <w:t>2. ＿＿＿＿＿＿＿＿＿＿</w:t>
            </w:r>
          </w:p>
        </w:tc>
      </w:tr>
    </w:tbl>
    <w:p>
      <w:pPr>
        <w:keepNext/>
        <w:spacing w:before="200" w:after="80"/>
      </w:pPr>
      <w:r>
        <w:rPr>
          <w:rFonts w:ascii="Times New Roman" w:hAnsi="Times New Roman"/>
          <w:b/>
          <w:i w:val="0"/>
          <w:color w:val="296996"/>
          <w:sz w:val="24"/>
          <w:rFonts w:ascii="Times New Roman" w:hAnsi="Times New Roman" w:eastAsia="微軟正黑體" w:cs="Times New Roman"/>
        </w:rPr>
        <w:t>口頭發表分享架構（請運用下列格式，口頭向同組同學或全班介紹）</w:t>
      </w:r>
    </w:p>
    <w:p>
      <w:pPr>
        <w:spacing w:before="80" w:after="160"/>
        <w:ind w:left="288" w:right="288"/>
      </w:pPr>
      <w:r>
        <w:rPr>
          <w:rFonts w:ascii="Times New Roman" w:hAnsi="Times New Roman"/>
          <w:b w:val="0"/>
          <w:i/>
          <w:color w:val="3C4655"/>
          <w:sz w:val="21"/>
          <w:rFonts w:ascii="Times New Roman" w:hAnsi="Times New Roman" w:eastAsia="微軟正黑體" w:cs="Times New Roman"/>
        </w:rPr>
        <w:t>「今天我訪問了＿＿＿＿同學，他跟我分享了＿＿＿＿國家的婚禮文化。在他們的國家，大家去參加婚禮時通常穿著＿＿＿＿，看起來非常正式。婚禮上，客人通常（包紅包／送特別的禮物）。等新郎新娘走進大廳，宴席就開始了！大家一邊吃著好吃的菜，一邊有說有笑地聊天。當看見新人走過來時，大家會熱情地向他們說：『＿＿＿＿！』我覺得他們的婚禮也非常熱鬧有意思！」</w:t>
      </w:r>
    </w:p>
    <w:p>
      <w:pPr>
        <w:keepNext/>
        <w:spacing w:before="280" w:after="120"/>
      </w:pPr>
      <w:r>
        <w:rPr>
          <w:rFonts w:ascii="Times New Roman" w:hAnsi="Times New Roman"/>
          <w:b/>
          <w:i w:val="0"/>
          <w:color w:val="184C78"/>
          <w:sz w:val="28"/>
          <w:rFonts w:ascii="Times New Roman" w:hAnsi="Times New Roman" w:eastAsia="微軟正黑體" w:cs="Times New Roman"/>
        </w:rPr>
        <w:t>第四部分：文化觀察與討論——「在台灣吃喜酒的禮貌與講究」</w:t>
      </w:r>
    </w:p>
    <w:p>
      <w:pPr>
        <w:spacing w:after="80" w:line="300" w:lineRule="auto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在台灣參加婚禮吃喜酒，有幾個非常重要的文化講究：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●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紅包的吉祥數字：台灣人包紅包非常講究「雙數（偶數）」，例如 2200、2600、3600、6000 等，代表成雙成對；通常會避開「4（跟死聲音接近）」，也不能包單數。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●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穿著的顏色禮貌：參加婚禮時，客人通常穿整齊大方的西裝或洋裝，但盡量避免穿全身全黑（傳統上不太吉利）或全身純白（避免跟新娘搶風采）。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●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熱鬧的敬酒文化：喜宴進行到一半，新人與雙方父母會走至每一桌「敬酒」，感謝大家的祝福，這時整桌客人通常會一起站起來舉杯回敬，說「恭喜！恭喜！」。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>【想一想、說一說】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小組討論問題：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1. 在你的國家，參加婚禮也有像包紅包這樣的金錢禮俗嗎？數字上有沒有什麼幸運數字或忌諱的數字？</w:t>
      </w:r>
    </w:p>
    <w:p>
      <w:pPr>
        <w:spacing w:after="80" w:line="300" w:lineRule="auto"/>
        <w:ind w:left="288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2. 台灣婚禮上新人都會逐桌敬酒，在你的國家婚禮上有什麼新人感謝客人的特別方式？</w:t>
      </w:r>
    </w:p>
    <w:p>
      <w:pPr>
        <w:keepNext/>
        <w:spacing w:before="280" w:after="120"/>
      </w:pPr>
      <w:r>
        <w:rPr>
          <w:rFonts w:ascii="Times New Roman" w:hAnsi="Times New Roman"/>
          <w:b/>
          <w:i w:val="0"/>
          <w:color w:val="184C78"/>
          <w:sz w:val="28"/>
          <w:rFonts w:ascii="Times New Roman" w:hAnsi="Times New Roman" w:eastAsia="微軟正黑體" w:cs="Times New Roman"/>
        </w:rPr>
        <w:t>第五部分：課後自主挑戰（回家作業）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●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1. 生詞造句：請從本課生詞中挑選「熱鬧」與「慶祝」，各寫一個完整的長句子（每個句子至少 15 個字以上）。</w:t>
      </w:r>
    </w:p>
    <w:p>
      <w:pPr>
        <w:spacing w:after="80" w:line="300" w:lineRule="auto"/>
        <w:ind w:left="360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熱鬧：＿＿＿＿＿＿＿＿＿＿＿＿＿＿＿＿＿＿＿＿＿＿＿＿＿＿＿＿＿＿＿＿＿＿＿＿＿＿</w:t>
      </w:r>
    </w:p>
    <w:p>
      <w:pPr>
        <w:spacing w:after="80" w:line="300" w:lineRule="auto"/>
        <w:ind w:left="360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慶祝：＿＿＿＿＿＿＿＿＿＿＿＿＿＿＿＿＿＿＿＿＿＿＿＿＿＿＿＿＿＿＿＿＿＿＿＿＿＿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●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2. 段落短文寫作（請寫在方格紙或作業本上，字數約 100–150 字）：</w:t>
      </w:r>
    </w:p>
    <w:p>
      <w:pPr>
        <w:spacing w:after="80" w:line="300" w:lineRule="auto"/>
      </w:pPr>
      <w:r>
        <w:rPr>
          <w:rFonts w:ascii="Times New Roman" w:hAnsi="Times New Roman"/>
          <w:b/>
          <w:i w:val="0"/>
          <w:color w:val="282828"/>
          <w:sz w:val="22"/>
          <w:rFonts w:ascii="Times New Roman" w:hAnsi="Times New Roman" w:eastAsia="微軟正黑體" w:cs="Times New Roman"/>
        </w:rPr>
        <w:t xml:space="preserve">   </w:t>
      </w: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題目：〈一次特別的慶祝經驗〉</w:t>
      </w:r>
    </w:p>
    <w:p>
      <w:pPr>
        <w:spacing w:after="80" w:line="300" w:lineRule="auto"/>
        <w:ind w:left="360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• 第一段：寫寫你參加過的一次婚禮、生日派對或特別慶祝會，當時現場氣氛怎麼樣？大家穿著什麼？（請運用「V 著……」）</w:t>
      </w:r>
    </w:p>
    <w:p>
      <w:pPr>
        <w:spacing w:after="80" w:line="300" w:lineRule="auto"/>
        <w:ind w:left="360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• 第二段：活動進行時有哪些重要時刻？（請用「等……就……」描述活動流程）</w:t>
      </w:r>
    </w:p>
    <w:p>
      <w:pPr>
        <w:spacing w:after="80" w:line="300" w:lineRule="auto"/>
        <w:ind w:left="360"/>
      </w:pPr>
      <w:r>
        <w:rPr>
          <w:rFonts w:ascii="Times New Roman" w:hAnsi="Times New Roman"/>
          <w:b w:val="0"/>
          <w:i w:val="0"/>
          <w:color w:val="333333"/>
          <w:sz w:val="22"/>
          <w:rFonts w:ascii="Times New Roman" w:hAnsi="Times New Roman" w:eastAsia="微軟正黑體" w:cs="Times New Roman"/>
        </w:rPr>
        <w:t>• 第三段：大家在聚會上做了什麼？你的心情怎麼樣？（請運用「有說有笑」形容當時熱鬧的樣子）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